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3438"/>
        <w:gridCol w:w="2790"/>
      </w:tblGrid>
      <w:tr w:rsidR="003461FA" w14:paraId="19F07ADA" w14:textId="77777777" w:rsidTr="00886755">
        <w:tc>
          <w:tcPr>
            <w:tcW w:w="3708" w:type="dxa"/>
          </w:tcPr>
          <w:p w14:paraId="7FEC528C" w14:textId="3164BFA0" w:rsidR="003461FA" w:rsidRDefault="003461FA" w:rsidP="003461FA">
            <w:pPr>
              <w:spacing w:after="40"/>
              <w:jc w:val="right"/>
              <w:rPr>
                <w:b/>
                <w:sz w:val="30"/>
              </w:rPr>
            </w:pPr>
            <w:r>
              <w:rPr>
                <w:noProof/>
              </w:rPr>
              <w:drawing>
                <wp:inline distT="0" distB="0" distL="0" distR="0" wp14:anchorId="01182057" wp14:editId="53E902AA">
                  <wp:extent cx="2183027" cy="1009445"/>
                  <wp:effectExtent l="0" t="0" r="8255" b="635"/>
                  <wp:docPr id="4094898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3712" cy="1028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4" w:type="dxa"/>
            <w:gridSpan w:val="2"/>
          </w:tcPr>
          <w:p w14:paraId="2A82AE5A" w14:textId="77777777" w:rsidR="003461FA" w:rsidRDefault="003461FA" w:rsidP="003461FA">
            <w:pPr>
              <w:spacing w:after="40"/>
              <w:jc w:val="center"/>
              <w:rPr>
                <w:b/>
                <w:sz w:val="30"/>
              </w:rPr>
            </w:pPr>
          </w:p>
          <w:p w14:paraId="0802B84B" w14:textId="0D665976" w:rsidR="003461FA" w:rsidRDefault="003461FA" w:rsidP="003461FA">
            <w:pPr>
              <w:spacing w:after="40"/>
              <w:jc w:val="center"/>
            </w:pPr>
            <w:r>
              <w:rPr>
                <w:b/>
                <w:sz w:val="30"/>
              </w:rPr>
              <w:t>PARAMUS SUNRISE ROTARY CLUB</w:t>
            </w:r>
          </w:p>
          <w:p w14:paraId="2827CD02" w14:textId="3FE33D1A" w:rsidR="00886755" w:rsidRDefault="003461FA" w:rsidP="00886755">
            <w:pPr>
              <w:spacing w:after="160"/>
              <w:jc w:val="center"/>
              <w:rPr>
                <w:b/>
                <w:sz w:val="30"/>
              </w:rPr>
            </w:pPr>
            <w:r>
              <w:rPr>
                <w:b/>
                <w:sz w:val="24"/>
              </w:rPr>
              <w:t>2026 Paramus Kids Talent Show &amp; Costume Contest</w:t>
            </w:r>
            <w:r>
              <w:rPr>
                <w:b/>
                <w:sz w:val="24"/>
              </w:rPr>
              <w:br/>
            </w:r>
            <w:r>
              <w:rPr>
                <w:b/>
                <w:sz w:val="26"/>
              </w:rPr>
              <w:t>AD JOURNAL SPONSORSHIP &amp; DEDICATION FORM</w:t>
            </w:r>
          </w:p>
        </w:tc>
      </w:tr>
      <w:tr w:rsidR="00886755" w14:paraId="2DBFA962" w14:textId="77777777" w:rsidTr="008867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EFC9C" w14:textId="1F6E7339" w:rsidR="00886755" w:rsidRPr="003461FA" w:rsidRDefault="00886755" w:rsidP="0088675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Pr="003461FA">
              <w:rPr>
                <w:b/>
                <w:sz w:val="24"/>
                <w:szCs w:val="24"/>
              </w:rPr>
              <w:t xml:space="preserve">Event Date: Saturday, November 21, </w:t>
            </w:r>
            <w:proofErr w:type="gramStart"/>
            <w:r w:rsidRPr="003461FA">
              <w:rPr>
                <w:b/>
                <w:sz w:val="24"/>
                <w:szCs w:val="24"/>
              </w:rPr>
              <w:t>2026  |</w:t>
            </w:r>
            <w:proofErr w:type="gramEnd"/>
            <w:r w:rsidRPr="003461FA">
              <w:rPr>
                <w:b/>
                <w:sz w:val="24"/>
                <w:szCs w:val="24"/>
              </w:rPr>
              <w:t xml:space="preserve">  5:00 PM–8:00 PM</w:t>
            </w:r>
            <w:r>
              <w:rPr>
                <w:b/>
                <w:sz w:val="24"/>
                <w:szCs w:val="24"/>
              </w:rPr>
              <w:br/>
            </w:r>
            <w:r>
              <w:t xml:space="preserve">West Brook Middle School </w:t>
            </w:r>
            <w:proofErr w:type="gramStart"/>
            <w:r>
              <w:t>Auditorium  •</w:t>
            </w:r>
            <w:proofErr w:type="gramEnd"/>
            <w:r>
              <w:t xml:space="preserve">  560 Roosevelt Boulevard, Paramus, NJ 07652</w:t>
            </w:r>
          </w:p>
          <w:p w14:paraId="6446F2FC" w14:textId="72BD17D5" w:rsidR="00886755" w:rsidRDefault="00886755" w:rsidP="00886755">
            <w:pPr>
              <w:spacing w:after="60"/>
              <w:jc w:val="center"/>
              <w:rPr>
                <w:b/>
                <w:sz w:val="24"/>
                <w:szCs w:val="24"/>
              </w:rPr>
            </w:pPr>
            <w:r w:rsidRPr="003461FA">
              <w:rPr>
                <w:b/>
                <w:color w:val="EE0000"/>
                <w:sz w:val="20"/>
              </w:rPr>
              <w:t>DEADLINE TO SUBMIT FORM AND PAYMENT: NOVEMBER 7, 2026</w:t>
            </w:r>
            <w:r>
              <w:rPr>
                <w:b/>
                <w:color w:val="EE0000"/>
                <w:sz w:val="20"/>
              </w:rPr>
              <w:br/>
            </w:r>
            <w:r w:rsidRPr="003461FA">
              <w:rPr>
                <w:b/>
                <w:sz w:val="24"/>
                <w:szCs w:val="24"/>
              </w:rPr>
              <w:t>Submit completed form to: paramussunriserotary@gmail.com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</w:tcPr>
          <w:p w14:paraId="10E49F4B" w14:textId="340A1ECB" w:rsidR="00886755" w:rsidRDefault="00886755">
            <w:pPr>
              <w:spacing w:after="60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C27FAC" wp14:editId="44DEFBE1">
                  <wp:extent cx="863600" cy="863600"/>
                  <wp:effectExtent l="0" t="0" r="0" b="0"/>
                  <wp:docPr id="94809428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8CE9E0" w14:textId="77777777" w:rsidR="00886755" w:rsidRDefault="00886755">
      <w:pPr>
        <w:spacing w:after="60"/>
        <w:jc w:val="center"/>
        <w:rPr>
          <w:b/>
          <w:sz w:val="24"/>
          <w:szCs w:val="24"/>
        </w:rPr>
      </w:pPr>
    </w:p>
    <w:p w14:paraId="50FE0234" w14:textId="77777777" w:rsidR="002237C1" w:rsidRPr="003461FA" w:rsidRDefault="00000000">
      <w:pPr>
        <w:rPr>
          <w:sz w:val="22"/>
        </w:rPr>
      </w:pPr>
      <w:r w:rsidRPr="003461FA">
        <w:rPr>
          <w:sz w:val="22"/>
        </w:rPr>
        <w:t>Support the event with a business advertisement or personal dedication. Select your preferred size and printing option below.</w:t>
      </w:r>
    </w:p>
    <w:p w14:paraId="3BA75CEF" w14:textId="77777777" w:rsidR="002237C1" w:rsidRPr="003461FA" w:rsidRDefault="00000000">
      <w:pPr>
        <w:spacing w:after="100"/>
        <w:rPr>
          <w:sz w:val="22"/>
        </w:rPr>
      </w:pPr>
      <w:r w:rsidRPr="003461FA">
        <w:rPr>
          <w:b/>
          <w:sz w:val="22"/>
        </w:rPr>
        <w:t>ADVERTISEMENT / DEDICATION OPTIONS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08"/>
        <w:gridCol w:w="3309"/>
        <w:gridCol w:w="3309"/>
      </w:tblGrid>
      <w:tr w:rsidR="002237C1" w:rsidRPr="003461FA" w14:paraId="48E1B182" w14:textId="77777777">
        <w:trPr>
          <w:jc w:val="center"/>
        </w:trPr>
        <w:tc>
          <w:tcPr>
            <w:tcW w:w="3312" w:type="dxa"/>
          </w:tcPr>
          <w:p w14:paraId="1EA500B6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Size</w:t>
            </w:r>
          </w:p>
        </w:tc>
        <w:tc>
          <w:tcPr>
            <w:tcW w:w="3312" w:type="dxa"/>
          </w:tcPr>
          <w:p w14:paraId="3B190F53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Color printing</w:t>
            </w:r>
          </w:p>
        </w:tc>
        <w:tc>
          <w:tcPr>
            <w:tcW w:w="3312" w:type="dxa"/>
          </w:tcPr>
          <w:p w14:paraId="4B6DA863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Black &amp; white printing</w:t>
            </w:r>
          </w:p>
        </w:tc>
      </w:tr>
      <w:tr w:rsidR="002237C1" w:rsidRPr="003461FA" w14:paraId="758894E1" w14:textId="77777777">
        <w:trPr>
          <w:jc w:val="center"/>
        </w:trPr>
        <w:tc>
          <w:tcPr>
            <w:tcW w:w="3312" w:type="dxa"/>
          </w:tcPr>
          <w:p w14:paraId="1563B660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Full page (7.5” W × 10” H)</w:t>
            </w:r>
          </w:p>
        </w:tc>
        <w:tc>
          <w:tcPr>
            <w:tcW w:w="3312" w:type="dxa"/>
          </w:tcPr>
          <w:p w14:paraId="2D5834CD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$200</w:t>
            </w:r>
          </w:p>
        </w:tc>
        <w:tc>
          <w:tcPr>
            <w:tcW w:w="3312" w:type="dxa"/>
          </w:tcPr>
          <w:p w14:paraId="2BEE7198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$150</w:t>
            </w:r>
          </w:p>
        </w:tc>
      </w:tr>
      <w:tr w:rsidR="002237C1" w:rsidRPr="003461FA" w14:paraId="6DC499E4" w14:textId="77777777">
        <w:trPr>
          <w:jc w:val="center"/>
        </w:trPr>
        <w:tc>
          <w:tcPr>
            <w:tcW w:w="3312" w:type="dxa"/>
          </w:tcPr>
          <w:p w14:paraId="13C47294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Half page (7.5” W × 4.75” H)</w:t>
            </w:r>
          </w:p>
        </w:tc>
        <w:tc>
          <w:tcPr>
            <w:tcW w:w="3312" w:type="dxa"/>
          </w:tcPr>
          <w:p w14:paraId="726C4E89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$100</w:t>
            </w:r>
          </w:p>
        </w:tc>
        <w:tc>
          <w:tcPr>
            <w:tcW w:w="3312" w:type="dxa"/>
          </w:tcPr>
          <w:p w14:paraId="400DD581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$75</w:t>
            </w:r>
          </w:p>
        </w:tc>
      </w:tr>
      <w:tr w:rsidR="002237C1" w:rsidRPr="003461FA" w14:paraId="661E4AC3" w14:textId="77777777">
        <w:trPr>
          <w:jc w:val="center"/>
        </w:trPr>
        <w:tc>
          <w:tcPr>
            <w:tcW w:w="3312" w:type="dxa"/>
          </w:tcPr>
          <w:p w14:paraId="2A50AC7A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Quarter page (3.5” W × 4.75” H)</w:t>
            </w:r>
          </w:p>
        </w:tc>
        <w:tc>
          <w:tcPr>
            <w:tcW w:w="3312" w:type="dxa"/>
          </w:tcPr>
          <w:p w14:paraId="73F5867B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$50</w:t>
            </w:r>
          </w:p>
        </w:tc>
        <w:tc>
          <w:tcPr>
            <w:tcW w:w="3312" w:type="dxa"/>
          </w:tcPr>
          <w:p w14:paraId="2D35056F" w14:textId="77777777" w:rsidR="002237C1" w:rsidRPr="003461FA" w:rsidRDefault="00000000">
            <w:pPr>
              <w:rPr>
                <w:sz w:val="22"/>
              </w:rPr>
            </w:pPr>
            <w:r w:rsidRPr="003461FA">
              <w:rPr>
                <w:sz w:val="22"/>
              </w:rPr>
              <w:t>$35</w:t>
            </w:r>
          </w:p>
        </w:tc>
      </w:tr>
    </w:tbl>
    <w:p w14:paraId="33271A12" w14:textId="77777777" w:rsidR="002237C1" w:rsidRPr="003461FA" w:rsidRDefault="00000000">
      <w:pPr>
        <w:spacing w:after="60"/>
        <w:rPr>
          <w:sz w:val="22"/>
        </w:rPr>
      </w:pPr>
      <w:r w:rsidRPr="003461FA">
        <w:rPr>
          <w:sz w:val="22"/>
        </w:rPr>
        <w:t>Select one:   ☐ Full page color    ☐ Half page color    ☐ Quarter page color</w:t>
      </w:r>
    </w:p>
    <w:p w14:paraId="7E1FE859" w14:textId="77777777" w:rsidR="002237C1" w:rsidRPr="003461FA" w:rsidRDefault="00000000">
      <w:pPr>
        <w:spacing w:after="140"/>
        <w:rPr>
          <w:sz w:val="22"/>
        </w:rPr>
      </w:pPr>
      <w:r w:rsidRPr="003461FA">
        <w:rPr>
          <w:sz w:val="22"/>
        </w:rPr>
        <w:t xml:space="preserve">                    ☐ Full page B&amp;W     ☐ Half page B&amp;W     ☐ Quarter page B&amp;W</w:t>
      </w:r>
    </w:p>
    <w:p w14:paraId="292186EF" w14:textId="77777777" w:rsidR="002237C1" w:rsidRPr="003461FA" w:rsidRDefault="00000000">
      <w:pPr>
        <w:spacing w:after="120"/>
        <w:rPr>
          <w:sz w:val="22"/>
        </w:rPr>
      </w:pPr>
      <w:r w:rsidRPr="003461FA">
        <w:rPr>
          <w:sz w:val="22"/>
        </w:rPr>
        <w:t>Ad type:   ☐ Business advertisement     ☐ Personal dedication</w:t>
      </w:r>
    </w:p>
    <w:p w14:paraId="37D7DFE2" w14:textId="77777777" w:rsidR="002237C1" w:rsidRPr="003461FA" w:rsidRDefault="00000000">
      <w:pPr>
        <w:spacing w:after="160"/>
        <w:rPr>
          <w:sz w:val="22"/>
        </w:rPr>
      </w:pPr>
      <w:r w:rsidRPr="003461FA">
        <w:rPr>
          <w:b/>
          <w:sz w:val="22"/>
        </w:rPr>
        <w:t>CONTACT INFORMATION</w:t>
      </w:r>
    </w:p>
    <w:p w14:paraId="6FB4AC67" w14:textId="77777777" w:rsidR="002237C1" w:rsidRPr="003461FA" w:rsidRDefault="00000000">
      <w:pPr>
        <w:spacing w:after="160"/>
        <w:rPr>
          <w:sz w:val="22"/>
        </w:rPr>
      </w:pPr>
      <w:r w:rsidRPr="003461FA">
        <w:rPr>
          <w:sz w:val="22"/>
        </w:rPr>
        <w:t>Contact person*:  _______________________________________________________</w:t>
      </w:r>
    </w:p>
    <w:p w14:paraId="0146DA51" w14:textId="77777777" w:rsidR="002237C1" w:rsidRPr="003461FA" w:rsidRDefault="00000000">
      <w:pPr>
        <w:spacing w:after="160"/>
        <w:rPr>
          <w:sz w:val="22"/>
        </w:rPr>
      </w:pPr>
      <w:r w:rsidRPr="003461FA">
        <w:rPr>
          <w:sz w:val="22"/>
        </w:rPr>
        <w:t>Business / organization (for ads):  _____________________________________</w:t>
      </w:r>
    </w:p>
    <w:p w14:paraId="16320250" w14:textId="77777777" w:rsidR="002237C1" w:rsidRPr="003461FA" w:rsidRDefault="00000000">
      <w:pPr>
        <w:spacing w:after="160"/>
        <w:rPr>
          <w:sz w:val="22"/>
        </w:rPr>
      </w:pPr>
      <w:r w:rsidRPr="003461FA">
        <w:rPr>
          <w:sz w:val="22"/>
        </w:rPr>
        <w:t>Daytime phone*:  ________________________________________________________</w:t>
      </w:r>
    </w:p>
    <w:p w14:paraId="178F62F9" w14:textId="77777777" w:rsidR="002237C1" w:rsidRPr="003461FA" w:rsidRDefault="00000000">
      <w:pPr>
        <w:spacing w:after="160"/>
        <w:rPr>
          <w:sz w:val="22"/>
        </w:rPr>
      </w:pPr>
      <w:r w:rsidRPr="003461FA">
        <w:rPr>
          <w:sz w:val="22"/>
        </w:rPr>
        <w:t>Street address (for ads):  ______________________________________________</w:t>
      </w:r>
    </w:p>
    <w:p w14:paraId="72D4BA5E" w14:textId="77777777" w:rsidR="002237C1" w:rsidRPr="003461FA" w:rsidRDefault="00000000">
      <w:pPr>
        <w:spacing w:after="160"/>
        <w:rPr>
          <w:sz w:val="22"/>
        </w:rPr>
      </w:pPr>
      <w:r w:rsidRPr="003461FA">
        <w:rPr>
          <w:sz w:val="22"/>
        </w:rPr>
        <w:t>City / state / ZIP:  ____________________________________________________</w:t>
      </w:r>
    </w:p>
    <w:p w14:paraId="65FE8A6A" w14:textId="77777777" w:rsidR="002237C1" w:rsidRPr="003461FA" w:rsidRDefault="00000000">
      <w:pPr>
        <w:spacing w:after="160"/>
        <w:rPr>
          <w:sz w:val="22"/>
        </w:rPr>
      </w:pPr>
      <w:r w:rsidRPr="003461FA">
        <w:rPr>
          <w:sz w:val="22"/>
        </w:rPr>
        <w:t>Email*:  ________________________________________________________________</w:t>
      </w:r>
    </w:p>
    <w:p w14:paraId="7110FA11" w14:textId="77777777" w:rsidR="002237C1" w:rsidRPr="003461FA" w:rsidRDefault="00000000">
      <w:pPr>
        <w:spacing w:after="160"/>
        <w:rPr>
          <w:sz w:val="22"/>
        </w:rPr>
      </w:pPr>
      <w:r w:rsidRPr="003461FA">
        <w:rPr>
          <w:sz w:val="22"/>
        </w:rPr>
        <w:t>Website (optional):  ____________________________________________________</w:t>
      </w:r>
    </w:p>
    <w:p w14:paraId="33565E28" w14:textId="77777777" w:rsidR="002237C1" w:rsidRPr="003461FA" w:rsidRDefault="00000000">
      <w:pPr>
        <w:spacing w:after="140"/>
        <w:rPr>
          <w:sz w:val="22"/>
        </w:rPr>
      </w:pPr>
      <w:r w:rsidRPr="003461FA">
        <w:rPr>
          <w:b/>
          <w:sz w:val="22"/>
        </w:rPr>
        <w:t>SUBMISSION &amp; PAYMENT</w:t>
      </w:r>
    </w:p>
    <w:p w14:paraId="1366E14D" w14:textId="12FA349E" w:rsidR="002237C1" w:rsidRPr="003461FA" w:rsidRDefault="00000000">
      <w:pPr>
        <w:spacing w:after="100"/>
        <w:rPr>
          <w:sz w:val="22"/>
        </w:rPr>
      </w:pPr>
      <w:r w:rsidRPr="003461FA">
        <w:rPr>
          <w:sz w:val="22"/>
        </w:rPr>
        <w:t xml:space="preserve">Send your finished ad or dedication as a PDF or JPEG to </w:t>
      </w:r>
      <w:r w:rsidR="00C935DB" w:rsidRPr="00C935DB">
        <w:rPr>
          <w:sz w:val="22"/>
        </w:rPr>
        <w:t>paramussunriserotary@gmail.com</w:t>
      </w:r>
      <w:r w:rsidRPr="003461FA">
        <w:rPr>
          <w:sz w:val="22"/>
        </w:rPr>
        <w:t>.</w:t>
      </w:r>
    </w:p>
    <w:p w14:paraId="48909964" w14:textId="3F316D93" w:rsidR="00C935DB" w:rsidRPr="00C935DB" w:rsidRDefault="00C935DB" w:rsidP="00C935DB">
      <w:pPr>
        <w:spacing w:after="100"/>
        <w:rPr>
          <w:sz w:val="22"/>
        </w:rPr>
      </w:pPr>
      <w:r w:rsidRPr="00C935DB">
        <w:rPr>
          <w:sz w:val="22"/>
        </w:rPr>
        <w:t>Pay by Zelle:</w:t>
      </w:r>
      <w:r>
        <w:rPr>
          <w:sz w:val="22"/>
        </w:rPr>
        <w:t xml:space="preserve"> </w:t>
      </w:r>
      <w:r w:rsidRPr="00C935DB">
        <w:rPr>
          <w:sz w:val="22"/>
        </w:rPr>
        <w:t>Send payment to: paramussunriserotary@gmail.com</w:t>
      </w:r>
    </w:p>
    <w:p w14:paraId="6CDE065C" w14:textId="4B9492FC" w:rsidR="002237C1" w:rsidRPr="003461FA" w:rsidRDefault="00C935DB" w:rsidP="00C935DB">
      <w:pPr>
        <w:spacing w:after="100"/>
        <w:rPr>
          <w:sz w:val="22"/>
        </w:rPr>
      </w:pPr>
      <w:r w:rsidRPr="00C935DB">
        <w:rPr>
          <w:sz w:val="22"/>
        </w:rPr>
        <w:t>Pay by Check:</w:t>
      </w:r>
      <w:r>
        <w:rPr>
          <w:sz w:val="22"/>
        </w:rPr>
        <w:t xml:space="preserve"> </w:t>
      </w:r>
      <w:r w:rsidRPr="00C935DB">
        <w:rPr>
          <w:sz w:val="22"/>
        </w:rPr>
        <w:t>Make checks payable to: Paramus Sunrise Rotary Foundation</w:t>
      </w:r>
      <w:r>
        <w:rPr>
          <w:sz w:val="22"/>
        </w:rPr>
        <w:br/>
      </w:r>
    </w:p>
    <w:p w14:paraId="4A8DDCDB" w14:textId="77777777" w:rsidR="002237C1" w:rsidRPr="003461FA" w:rsidRDefault="00000000">
      <w:pPr>
        <w:rPr>
          <w:sz w:val="22"/>
        </w:rPr>
      </w:pPr>
      <w:r w:rsidRPr="003461FA">
        <w:rPr>
          <w:sz w:val="22"/>
        </w:rPr>
        <w:t>Event information: www.ParamusSunriseRotary.com</w:t>
      </w:r>
    </w:p>
    <w:p w14:paraId="3F5EA7F5" w14:textId="77777777" w:rsidR="002237C1" w:rsidRPr="003461FA" w:rsidRDefault="00000000">
      <w:pPr>
        <w:spacing w:after="40"/>
        <w:jc w:val="center"/>
        <w:rPr>
          <w:sz w:val="22"/>
        </w:rPr>
      </w:pPr>
      <w:r w:rsidRPr="003461FA">
        <w:rPr>
          <w:b/>
          <w:sz w:val="22"/>
        </w:rPr>
        <w:t>The event benefits the Children’s Foundation. Thank you for your support!</w:t>
      </w:r>
    </w:p>
    <w:sectPr w:rsidR="002237C1" w:rsidRPr="003461FA" w:rsidSect="00034616">
      <w:pgSz w:w="12240" w:h="15840"/>
      <w:pgMar w:top="936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8811686">
    <w:abstractNumId w:val="8"/>
  </w:num>
  <w:num w:numId="2" w16cid:durableId="1502353839">
    <w:abstractNumId w:val="6"/>
  </w:num>
  <w:num w:numId="3" w16cid:durableId="5864842">
    <w:abstractNumId w:val="5"/>
  </w:num>
  <w:num w:numId="4" w16cid:durableId="1146045227">
    <w:abstractNumId w:val="4"/>
  </w:num>
  <w:num w:numId="5" w16cid:durableId="1801800162">
    <w:abstractNumId w:val="7"/>
  </w:num>
  <w:num w:numId="6" w16cid:durableId="1076435364">
    <w:abstractNumId w:val="3"/>
  </w:num>
  <w:num w:numId="7" w16cid:durableId="673414721">
    <w:abstractNumId w:val="2"/>
  </w:num>
  <w:num w:numId="8" w16cid:durableId="801731805">
    <w:abstractNumId w:val="1"/>
  </w:num>
  <w:num w:numId="9" w16cid:durableId="122769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37C1"/>
    <w:rsid w:val="00227C7A"/>
    <w:rsid w:val="00287F70"/>
    <w:rsid w:val="0029639D"/>
    <w:rsid w:val="00326F90"/>
    <w:rsid w:val="003461FA"/>
    <w:rsid w:val="00465A21"/>
    <w:rsid w:val="00537B7E"/>
    <w:rsid w:val="00886755"/>
    <w:rsid w:val="008A78C6"/>
    <w:rsid w:val="00995F12"/>
    <w:rsid w:val="00AA1D8D"/>
    <w:rsid w:val="00B47730"/>
    <w:rsid w:val="00C935D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FA9357"/>
  <w14:defaultImageDpi w14:val="300"/>
  <w15:docId w15:val="{0D40A5E1-7BBC-420A-A6A2-55620963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755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Trinity Office</cp:lastModifiedBy>
  <cp:revision>3</cp:revision>
  <dcterms:created xsi:type="dcterms:W3CDTF">2026-10-16T22:43:00Z</dcterms:created>
  <dcterms:modified xsi:type="dcterms:W3CDTF">2026-10-19T14:27:00Z</dcterms:modified>
  <cp:category/>
</cp:coreProperties>
</file>