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C17BF" w14:textId="77777777" w:rsidR="003C6BA5" w:rsidRDefault="00000000">
      <w:pPr>
        <w:jc w:val="center"/>
      </w:pPr>
      <w:r>
        <w:rPr>
          <w:b/>
          <w:color w:val="183C64"/>
          <w:sz w:val="34"/>
        </w:rPr>
        <w:t>PARAMUS SUNRISE ROTARY CLUB</w:t>
      </w:r>
    </w:p>
    <w:p w14:paraId="7397E754" w14:textId="77777777" w:rsidR="003C6BA5" w:rsidRDefault="00000000">
      <w:pPr>
        <w:jc w:val="center"/>
      </w:pPr>
      <w:r>
        <w:rPr>
          <w:b/>
          <w:sz w:val="26"/>
        </w:rPr>
        <w:t>PHOTO &amp; VIDEO CONSENT FORM</w:t>
      </w:r>
    </w:p>
    <w:p w14:paraId="259285C4" w14:textId="77777777" w:rsidR="003C6BA5" w:rsidRDefault="00000000">
      <w:pPr>
        <w:jc w:val="center"/>
      </w:pPr>
      <w:r>
        <w:rPr>
          <w:b/>
        </w:rPr>
        <w:t>Talent Show &amp; Costume Contest 2026</w:t>
      </w:r>
    </w:p>
    <w:p w14:paraId="01227A9C" w14:textId="77777777" w:rsidR="003C6BA5" w:rsidRDefault="00000000">
      <w:pPr>
        <w:jc w:val="center"/>
      </w:pPr>
      <w:r>
        <w:rPr>
          <w:i/>
        </w:rPr>
        <w:t>For Participants Under 18 Years of Age</w:t>
      </w:r>
    </w:p>
    <w:p w14:paraId="22C67450" w14:textId="77777777" w:rsidR="003C6BA5" w:rsidRDefault="003C6BA5"/>
    <w:p w14:paraId="3268D909" w14:textId="77777777" w:rsidR="003C6BA5" w:rsidRDefault="00000000">
      <w:r>
        <w:t>I, ____________________________________________, the parent or legal guardian of ____________________________________________, hereby grant the Paramus Sunrise Rotary Club permission to photograph and/or record my child, including the use of headshots, photographs, and videos, in connection with the Paramus Sunrise Rotary Club’s Talent Show &amp; Costume Contest 2026.</w:t>
      </w:r>
    </w:p>
    <w:p w14:paraId="7B5B078B" w14:textId="77777777" w:rsidR="003C6BA5" w:rsidRDefault="00000000">
      <w:r>
        <w:t>I authorize the Paramus Sunrise Rotary Club to use these photographs and videos for purposes related to the event and the Club’s activities, including but not limited to illustrations, advertising, promotional materials, social media, website content, and other publications.</w:t>
      </w:r>
    </w:p>
    <w:p w14:paraId="6E3D5CD0" w14:textId="77777777" w:rsidR="003C6BA5" w:rsidRDefault="00000000">
      <w:r>
        <w:t>Furthermore, I understand and agree that no royalty, fee, or other compensation shall be due to my child or me as a result of such use.</w:t>
      </w:r>
    </w:p>
    <w:p w14:paraId="431E7CCA" w14:textId="77777777" w:rsidR="003C6BA5" w:rsidRDefault="00000000">
      <w:r>
        <w:t>By signing below, I acknowledge that I am the parent or legal guardian of the participant named below and voluntarily grant this permission.</w:t>
      </w:r>
    </w:p>
    <w:p w14:paraId="03A63A83" w14:textId="77777777" w:rsidR="003C6BA5" w:rsidRDefault="003C6BA5"/>
    <w:p w14:paraId="1B1F6100" w14:textId="77777777" w:rsidR="003C6BA5" w:rsidRDefault="00000000">
      <w:pPr>
        <w:spacing w:after="300"/>
      </w:pPr>
      <w:r>
        <w:rPr>
          <w:b/>
        </w:rPr>
        <w:t xml:space="preserve">Participant’s Full Name:  </w:t>
      </w:r>
      <w:r>
        <w:t>________________________________________</w:t>
      </w:r>
    </w:p>
    <w:p w14:paraId="1DD8F353" w14:textId="77777777" w:rsidR="003C6BA5" w:rsidRDefault="00000000">
      <w:pPr>
        <w:spacing w:after="300"/>
      </w:pPr>
      <w:r>
        <w:rPr>
          <w:b/>
        </w:rPr>
        <w:t xml:space="preserve">Participant’s Age:  </w:t>
      </w:r>
      <w:r>
        <w:t>________________________________________</w:t>
      </w:r>
    </w:p>
    <w:p w14:paraId="26FB8514" w14:textId="77777777" w:rsidR="003C6BA5" w:rsidRDefault="00000000">
      <w:pPr>
        <w:spacing w:after="300"/>
      </w:pPr>
      <w:r>
        <w:rPr>
          <w:b/>
        </w:rPr>
        <w:t xml:space="preserve">Parent/Guardian’s Full Name:  </w:t>
      </w:r>
      <w:r>
        <w:t>________________________________________</w:t>
      </w:r>
    </w:p>
    <w:p w14:paraId="1A2D2683" w14:textId="77777777" w:rsidR="003C6BA5" w:rsidRDefault="00000000">
      <w:pPr>
        <w:spacing w:after="300"/>
      </w:pPr>
      <w:r>
        <w:rPr>
          <w:b/>
        </w:rPr>
        <w:t xml:space="preserve">Parent/Guardian’s Signature:  </w:t>
      </w:r>
      <w:r>
        <w:t>________________________________________</w:t>
      </w:r>
    </w:p>
    <w:p w14:paraId="512B25B0" w14:textId="77777777" w:rsidR="003C6BA5" w:rsidRDefault="00000000">
      <w:pPr>
        <w:spacing w:after="300"/>
      </w:pPr>
      <w:r>
        <w:rPr>
          <w:b/>
        </w:rPr>
        <w:t xml:space="preserve">Date:  </w:t>
      </w:r>
      <w:r>
        <w:t>________________________________________</w:t>
      </w:r>
    </w:p>
    <w:sectPr w:rsidR="003C6BA5"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4589364">
    <w:abstractNumId w:val="8"/>
  </w:num>
  <w:num w:numId="2" w16cid:durableId="202787939">
    <w:abstractNumId w:val="6"/>
  </w:num>
  <w:num w:numId="3" w16cid:durableId="2120760927">
    <w:abstractNumId w:val="5"/>
  </w:num>
  <w:num w:numId="4" w16cid:durableId="1037774963">
    <w:abstractNumId w:val="4"/>
  </w:num>
  <w:num w:numId="5" w16cid:durableId="61683001">
    <w:abstractNumId w:val="7"/>
  </w:num>
  <w:num w:numId="6" w16cid:durableId="1270813147">
    <w:abstractNumId w:val="3"/>
  </w:num>
  <w:num w:numId="7" w16cid:durableId="2100133258">
    <w:abstractNumId w:val="2"/>
  </w:num>
  <w:num w:numId="8" w16cid:durableId="1372342807">
    <w:abstractNumId w:val="1"/>
  </w:num>
  <w:num w:numId="9" w16cid:durableId="459765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C6BA5"/>
    <w:rsid w:val="00402A36"/>
    <w:rsid w:val="00AA1D8D"/>
    <w:rsid w:val="00B47730"/>
    <w:rsid w:val="00CB0664"/>
    <w:rsid w:val="00FC693F"/>
    <w:rsid w:val="00FF3A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78F434"/>
  <w14:defaultImageDpi w14:val="300"/>
  <w15:docId w15:val="{BB9E7143-A34B-4C6E-BE4D-E5BA0E1B7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pPr>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1165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Trinity Office</cp:lastModifiedBy>
  <cp:revision>2</cp:revision>
  <dcterms:created xsi:type="dcterms:W3CDTF">2026-10-11T21:43:00Z</dcterms:created>
  <dcterms:modified xsi:type="dcterms:W3CDTF">2026-10-11T21:43:00Z</dcterms:modified>
  <cp:category/>
</cp:coreProperties>
</file>