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DC5A2" w14:textId="77777777" w:rsidR="00BF4C4F" w:rsidRDefault="00000000">
      <w:pPr>
        <w:spacing w:after="40"/>
        <w:jc w:val="center"/>
      </w:pPr>
      <w:r>
        <w:rPr>
          <w:b/>
          <w:sz w:val="32"/>
        </w:rPr>
        <w:t>PARAMUS SUNRISE ROTARY CLUB</w:t>
      </w:r>
    </w:p>
    <w:p w14:paraId="3353A720" w14:textId="77777777" w:rsidR="00BF4C4F" w:rsidRDefault="00000000">
      <w:pPr>
        <w:spacing w:after="40"/>
        <w:jc w:val="center"/>
      </w:pPr>
      <w:r>
        <w:rPr>
          <w:b/>
          <w:sz w:val="26"/>
        </w:rPr>
        <w:t>Kids Talent Show &amp; Costume Contest 2026</w:t>
      </w:r>
    </w:p>
    <w:p w14:paraId="2B3F5736" w14:textId="17C9272C" w:rsidR="00BF4C4F" w:rsidRDefault="00000000">
      <w:pPr>
        <w:spacing w:after="100"/>
        <w:jc w:val="center"/>
      </w:pPr>
      <w:r>
        <w:rPr>
          <w:b/>
          <w:sz w:val="20"/>
        </w:rPr>
        <w:t xml:space="preserve">Saturday, November 21, </w:t>
      </w:r>
      <w:proofErr w:type="gramStart"/>
      <w:r>
        <w:rPr>
          <w:b/>
          <w:sz w:val="20"/>
        </w:rPr>
        <w:t>2026</w:t>
      </w:r>
      <w:proofErr w:type="gramEnd"/>
      <w:r>
        <w:rPr>
          <w:b/>
          <w:sz w:val="20"/>
        </w:rPr>
        <w:t xml:space="preserve"> • West Brook Middle School – Auditorium</w:t>
      </w:r>
      <w:r w:rsidR="00692001">
        <w:rPr>
          <w:b/>
          <w:sz w:val="20"/>
        </w:rPr>
        <w:br/>
      </w:r>
      <w:r w:rsidR="00692001" w:rsidRPr="00692001">
        <w:t>560 Roosevelt Boulevard, Paramus, NJ 07652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368"/>
      </w:tblGrid>
      <w:tr w:rsidR="00BF4C4F" w14:paraId="297CCF78" w14:textId="77777777" w:rsidTr="00405054">
        <w:trPr>
          <w:jc w:val="center"/>
        </w:trPr>
        <w:tc>
          <w:tcPr>
            <w:tcW w:w="10368" w:type="dxa"/>
            <w:vAlign w:val="center"/>
          </w:tcPr>
          <w:p w14:paraId="3B105598" w14:textId="77777777" w:rsidR="00405054" w:rsidRDefault="00405054">
            <w:pPr>
              <w:jc w:val="center"/>
              <w:rPr>
                <w:b/>
              </w:rPr>
            </w:pPr>
          </w:p>
          <w:p w14:paraId="38016B44" w14:textId="7A9F8E9A" w:rsidR="00BF4C4F" w:rsidRDefault="00000000">
            <w:pPr>
              <w:jc w:val="center"/>
            </w:pPr>
            <w:r>
              <w:rPr>
                <w:b/>
              </w:rPr>
              <w:t xml:space="preserve">APPLICATION DEADLINE: NOVEMBER </w:t>
            </w:r>
            <w:r w:rsidR="001D5B82">
              <w:rPr>
                <w:b/>
              </w:rPr>
              <w:t>7</w:t>
            </w:r>
            <w:r>
              <w:rPr>
                <w:b/>
              </w:rPr>
              <w:t>, 2026</w:t>
            </w:r>
            <w:r>
              <w:br/>
              <w:t>Submit the completed application, performance video and/or costume photo to:</w:t>
            </w:r>
            <w:r>
              <w:br/>
            </w:r>
            <w:r>
              <w:rPr>
                <w:b/>
              </w:rPr>
              <w:t>paramussunriserotary@gmail.com</w:t>
            </w:r>
          </w:p>
        </w:tc>
      </w:tr>
    </w:tbl>
    <w:p w14:paraId="342FF82D" w14:textId="77777777" w:rsidR="00BF4C4F" w:rsidRDefault="00000000">
      <w:pPr>
        <w:spacing w:before="80" w:after="80"/>
        <w:jc w:val="center"/>
        <w:rPr>
          <w:b/>
          <w:sz w:val="24"/>
        </w:rPr>
      </w:pPr>
      <w:r>
        <w:rPr>
          <w:b/>
          <w:sz w:val="24"/>
        </w:rPr>
        <w:t>TALENT SHOW APPLICATION</w:t>
      </w:r>
    </w:p>
    <w:p w14:paraId="184124BB" w14:textId="77777777" w:rsidR="00405054" w:rsidRDefault="00405054">
      <w:pPr>
        <w:spacing w:before="80" w:after="80"/>
        <w:jc w:val="center"/>
      </w:pPr>
    </w:p>
    <w:p w14:paraId="2F509810" w14:textId="77777777" w:rsidR="00BF4C4F" w:rsidRDefault="00000000">
      <w:pPr>
        <w:spacing w:after="40"/>
      </w:pPr>
      <w:r>
        <w:rPr>
          <w:b/>
        </w:rPr>
        <w:t xml:space="preserve">Participant or Group Name: </w:t>
      </w:r>
      <w:r>
        <w:t>____________________________________________</w:t>
      </w:r>
    </w:p>
    <w:p w14:paraId="41E65CC1" w14:textId="77777777" w:rsidR="00BF4C4F" w:rsidRDefault="00000000">
      <w:pPr>
        <w:spacing w:after="40"/>
      </w:pPr>
      <w:r>
        <w:rPr>
          <w:b/>
        </w:rPr>
        <w:t xml:space="preserve">Grade (up to 12th Grade): </w:t>
      </w:r>
      <w:r>
        <w:t>________________</w:t>
      </w:r>
    </w:p>
    <w:p w14:paraId="3D8121C5" w14:textId="77777777" w:rsidR="00BF4C4F" w:rsidRDefault="00000000">
      <w:pPr>
        <w:spacing w:after="40"/>
      </w:pPr>
      <w:r>
        <w:rPr>
          <w:b/>
        </w:rPr>
        <w:t xml:space="preserve">Number of Performers: </w:t>
      </w:r>
      <w:r>
        <w:t>________________</w:t>
      </w:r>
    </w:p>
    <w:p w14:paraId="1DF94B40" w14:textId="77777777" w:rsidR="00BF4C4F" w:rsidRDefault="00000000">
      <w:pPr>
        <w:spacing w:after="40"/>
      </w:pPr>
      <w:r>
        <w:rPr>
          <w:b/>
        </w:rPr>
        <w:t xml:space="preserve">Group Members' Names: </w:t>
      </w:r>
      <w:r>
        <w:t>____________________________________________</w:t>
      </w:r>
    </w:p>
    <w:p w14:paraId="7FC89111" w14:textId="77777777" w:rsidR="00BF4C4F" w:rsidRDefault="00000000">
      <w:pPr>
        <w:spacing w:after="40"/>
      </w:pPr>
      <w:r>
        <w:rPr>
          <w:b/>
        </w:rPr>
        <w:t xml:space="preserve">1. </w:t>
      </w:r>
      <w:r>
        <w:t>________________________________________</w:t>
      </w:r>
    </w:p>
    <w:p w14:paraId="4C722991" w14:textId="77777777" w:rsidR="00BF4C4F" w:rsidRDefault="00000000">
      <w:pPr>
        <w:spacing w:after="40"/>
      </w:pPr>
      <w:r>
        <w:rPr>
          <w:b/>
        </w:rPr>
        <w:t xml:space="preserve">2. </w:t>
      </w:r>
      <w:r>
        <w:t>________________________________________</w:t>
      </w:r>
    </w:p>
    <w:p w14:paraId="52B18B32" w14:textId="77777777" w:rsidR="00BF4C4F" w:rsidRDefault="00000000">
      <w:pPr>
        <w:spacing w:after="40"/>
      </w:pPr>
      <w:r>
        <w:rPr>
          <w:b/>
        </w:rPr>
        <w:t xml:space="preserve">3. </w:t>
      </w:r>
      <w:r>
        <w:t>________________________________________</w:t>
      </w:r>
    </w:p>
    <w:p w14:paraId="0035F01C" w14:textId="77777777" w:rsidR="00BF4C4F" w:rsidRDefault="00000000">
      <w:pPr>
        <w:spacing w:after="40"/>
      </w:pPr>
      <w:r>
        <w:rPr>
          <w:b/>
        </w:rPr>
        <w:t xml:space="preserve">4. </w:t>
      </w:r>
      <w:r>
        <w:t>________________________________________</w:t>
      </w:r>
    </w:p>
    <w:p w14:paraId="304907B6" w14:textId="77777777" w:rsidR="00BF4C4F" w:rsidRDefault="00000000">
      <w:pPr>
        <w:spacing w:after="40"/>
      </w:pPr>
      <w:r>
        <w:rPr>
          <w:b/>
        </w:rPr>
        <w:t xml:space="preserve">5. </w:t>
      </w:r>
      <w:r>
        <w:t>________________________________________</w:t>
      </w:r>
    </w:p>
    <w:p w14:paraId="7CB9AB07" w14:textId="77777777" w:rsidR="00BF4C4F" w:rsidRDefault="00000000">
      <w:pPr>
        <w:spacing w:after="40"/>
      </w:pPr>
      <w:r>
        <w:rPr>
          <w:b/>
        </w:rPr>
        <w:t xml:space="preserve">6. </w:t>
      </w:r>
      <w:r>
        <w:t>________________________________________</w:t>
      </w:r>
    </w:p>
    <w:p w14:paraId="79E338EE" w14:textId="77777777" w:rsidR="00BF4C4F" w:rsidRDefault="00000000">
      <w:pPr>
        <w:spacing w:after="40"/>
      </w:pPr>
      <w:r>
        <w:rPr>
          <w:b/>
        </w:rPr>
        <w:t xml:space="preserve">Song Title / Artist: </w:t>
      </w:r>
      <w:r>
        <w:t>________________________________________________________</w:t>
      </w:r>
    </w:p>
    <w:p w14:paraId="1D0BF960" w14:textId="77777777" w:rsidR="00BF4C4F" w:rsidRDefault="00000000">
      <w:pPr>
        <w:spacing w:after="40"/>
      </w:pPr>
      <w:r>
        <w:rPr>
          <w:b/>
        </w:rPr>
        <w:t xml:space="preserve">Type or Description of Performance: </w:t>
      </w:r>
      <w:r>
        <w:t>____________________________________________</w:t>
      </w:r>
    </w:p>
    <w:p w14:paraId="6F6A958A" w14:textId="77777777" w:rsidR="00BF4C4F" w:rsidRDefault="00000000">
      <w:pPr>
        <w:spacing w:after="40"/>
      </w:pPr>
      <w:r>
        <w:rPr>
          <w:b/>
        </w:rPr>
        <w:t xml:space="preserve"> </w:t>
      </w:r>
      <w:r>
        <w:t>____________________________________________________________________________</w:t>
      </w:r>
    </w:p>
    <w:p w14:paraId="66F7BBC7" w14:textId="77777777" w:rsidR="00BF4C4F" w:rsidRDefault="00000000">
      <w:pPr>
        <w:spacing w:after="40"/>
      </w:pPr>
      <w:r>
        <w:rPr>
          <w:b/>
          <w:sz w:val="21"/>
        </w:rPr>
        <w:t>Talent Show Rules</w:t>
      </w:r>
    </w:p>
    <w:p w14:paraId="48EBA9D1" w14:textId="77777777" w:rsidR="00BF4C4F" w:rsidRDefault="00000000">
      <w:pPr>
        <w:pStyle w:val="ListBullet"/>
        <w:spacing w:after="20"/>
      </w:pPr>
      <w:r>
        <w:t>Please submit a short video of your performance with your application. Costumes are not required for the video submission.</w:t>
      </w:r>
    </w:p>
    <w:p w14:paraId="13DE9FAE" w14:textId="77777777" w:rsidR="00BF4C4F" w:rsidRDefault="00000000">
      <w:pPr>
        <w:pStyle w:val="ListBullet"/>
        <w:spacing w:after="20"/>
      </w:pPr>
      <w:r>
        <w:t>Performances must not exceed 3 minutes.</w:t>
      </w:r>
    </w:p>
    <w:p w14:paraId="5EA08723" w14:textId="77777777" w:rsidR="00BF4C4F" w:rsidRDefault="00000000">
      <w:pPr>
        <w:pStyle w:val="ListBullet"/>
        <w:spacing w:after="20"/>
      </w:pPr>
      <w:r>
        <w:t>All performances must be school-appropriate, including language, clothing, music, and content.</w:t>
      </w:r>
    </w:p>
    <w:p w14:paraId="4F6D3B01" w14:textId="77777777" w:rsidR="00BF4C4F" w:rsidRDefault="00000000">
      <w:pPr>
        <w:pStyle w:val="ListBullet"/>
        <w:spacing w:after="20"/>
      </w:pPr>
      <w:r>
        <w:t>Any violation of these rules may result in disqualification at the discretion of the Talent Show Committee.</w:t>
      </w:r>
    </w:p>
    <w:p w14:paraId="2C7D87C8" w14:textId="77777777" w:rsidR="00BF4C4F" w:rsidRDefault="00000000">
      <w:pPr>
        <w:pStyle w:val="ListBullet"/>
        <w:spacing w:after="20"/>
      </w:pPr>
      <w:r>
        <w:t>For group performances, at least one participant must be a student, staff member, or alumnus/alumna.</w:t>
      </w:r>
    </w:p>
    <w:p w14:paraId="66CEC524" w14:textId="77777777" w:rsidR="00BF4C4F" w:rsidRDefault="00000000">
      <w:pPr>
        <w:pStyle w:val="ListBullet"/>
        <w:spacing w:after="20"/>
      </w:pPr>
      <w:r>
        <w:t>Participants must attend the scheduled dress rehearsal on the day of the event, as directed by the committee.</w:t>
      </w:r>
    </w:p>
    <w:p w14:paraId="256DECD7" w14:textId="77777777" w:rsidR="00BF4C4F" w:rsidRDefault="00000000">
      <w:r>
        <w:br w:type="page"/>
      </w:r>
    </w:p>
    <w:p w14:paraId="0523CA21" w14:textId="77777777" w:rsidR="00BF4C4F" w:rsidRDefault="00000000">
      <w:pPr>
        <w:spacing w:before="80" w:after="80"/>
        <w:jc w:val="center"/>
      </w:pPr>
      <w:r>
        <w:rPr>
          <w:b/>
          <w:sz w:val="24"/>
        </w:rPr>
        <w:lastRenderedPageBreak/>
        <w:t>COSTUME CONTEST APPLICATION</w:t>
      </w:r>
    </w:p>
    <w:p w14:paraId="490DF52E" w14:textId="77777777" w:rsidR="00BF4C4F" w:rsidRDefault="00000000">
      <w:pPr>
        <w:spacing w:after="40"/>
      </w:pPr>
      <w:r>
        <w:rPr>
          <w:b/>
        </w:rPr>
        <w:t xml:space="preserve">Participant or Group Name: </w:t>
      </w:r>
      <w:r>
        <w:t>____________________________________________</w:t>
      </w:r>
    </w:p>
    <w:p w14:paraId="3783D175" w14:textId="77777777" w:rsidR="00BF4C4F" w:rsidRDefault="00000000">
      <w:pPr>
        <w:spacing w:after="40"/>
      </w:pPr>
      <w:r>
        <w:rPr>
          <w:b/>
        </w:rPr>
        <w:t xml:space="preserve">Grade (up to 12th Grade): </w:t>
      </w:r>
      <w:r>
        <w:t>________________</w:t>
      </w:r>
    </w:p>
    <w:p w14:paraId="570756FC" w14:textId="77777777" w:rsidR="00BF4C4F" w:rsidRDefault="00000000">
      <w:pPr>
        <w:spacing w:after="40"/>
      </w:pPr>
      <w:r>
        <w:rPr>
          <w:b/>
        </w:rPr>
        <w:t xml:space="preserve">Number of Participants: </w:t>
      </w:r>
      <w:r>
        <w:t>________________</w:t>
      </w:r>
    </w:p>
    <w:p w14:paraId="4FA0E773" w14:textId="77777777" w:rsidR="00BF4C4F" w:rsidRDefault="00000000">
      <w:pPr>
        <w:spacing w:after="40"/>
      </w:pPr>
      <w:r>
        <w:rPr>
          <w:b/>
        </w:rPr>
        <w:t xml:space="preserve">Group Members' Names: </w:t>
      </w:r>
      <w:r>
        <w:t>____________________________________________</w:t>
      </w:r>
    </w:p>
    <w:p w14:paraId="6ADC01D0" w14:textId="77777777" w:rsidR="00BF4C4F" w:rsidRDefault="00000000">
      <w:pPr>
        <w:spacing w:after="40"/>
      </w:pPr>
      <w:r>
        <w:rPr>
          <w:b/>
        </w:rPr>
        <w:t xml:space="preserve">1. </w:t>
      </w:r>
      <w:r>
        <w:t>________________________________________</w:t>
      </w:r>
    </w:p>
    <w:p w14:paraId="153E7D01" w14:textId="77777777" w:rsidR="00BF4C4F" w:rsidRDefault="00000000">
      <w:pPr>
        <w:spacing w:after="40"/>
      </w:pPr>
      <w:r>
        <w:rPr>
          <w:b/>
        </w:rPr>
        <w:t xml:space="preserve">2. </w:t>
      </w:r>
      <w:r>
        <w:t>________________________________________</w:t>
      </w:r>
    </w:p>
    <w:p w14:paraId="194E4D55" w14:textId="77777777" w:rsidR="00BF4C4F" w:rsidRDefault="00000000">
      <w:pPr>
        <w:spacing w:after="40"/>
      </w:pPr>
      <w:r>
        <w:rPr>
          <w:b/>
        </w:rPr>
        <w:t xml:space="preserve">3. </w:t>
      </w:r>
      <w:r>
        <w:t>________________________________________</w:t>
      </w:r>
    </w:p>
    <w:p w14:paraId="6BF971AB" w14:textId="77777777" w:rsidR="00BF4C4F" w:rsidRDefault="00000000">
      <w:pPr>
        <w:spacing w:after="40"/>
      </w:pPr>
      <w:r>
        <w:rPr>
          <w:b/>
        </w:rPr>
        <w:t xml:space="preserve">4. </w:t>
      </w:r>
      <w:r>
        <w:t>________________________________________</w:t>
      </w:r>
    </w:p>
    <w:p w14:paraId="5B8AAB60" w14:textId="77777777" w:rsidR="00BF4C4F" w:rsidRDefault="00000000">
      <w:pPr>
        <w:spacing w:after="40"/>
      </w:pPr>
      <w:r>
        <w:rPr>
          <w:b/>
        </w:rPr>
        <w:t xml:space="preserve">5. </w:t>
      </w:r>
      <w:r>
        <w:t>________________________________________</w:t>
      </w:r>
    </w:p>
    <w:p w14:paraId="71DD5E42" w14:textId="77777777" w:rsidR="00BF4C4F" w:rsidRDefault="00000000">
      <w:pPr>
        <w:spacing w:after="40"/>
      </w:pPr>
      <w:r>
        <w:rPr>
          <w:b/>
        </w:rPr>
        <w:t xml:space="preserve">6. </w:t>
      </w:r>
      <w:r>
        <w:t>________________________________________</w:t>
      </w:r>
    </w:p>
    <w:p w14:paraId="547608C1" w14:textId="77777777" w:rsidR="00BF4C4F" w:rsidRDefault="00000000">
      <w:pPr>
        <w:spacing w:after="40"/>
      </w:pPr>
      <w:r>
        <w:rPr>
          <w:b/>
        </w:rPr>
        <w:t xml:space="preserve">Costume Description: </w:t>
      </w:r>
      <w:r>
        <w:t>________________________________________________________</w:t>
      </w:r>
    </w:p>
    <w:p w14:paraId="4F3ABAD7" w14:textId="77777777" w:rsidR="00BF4C4F" w:rsidRDefault="00000000">
      <w:pPr>
        <w:spacing w:after="40"/>
      </w:pPr>
      <w:r>
        <w:rPr>
          <w:b/>
        </w:rPr>
        <w:t xml:space="preserve"> </w:t>
      </w:r>
      <w:r>
        <w:t>____________________________________________________________________________</w:t>
      </w:r>
    </w:p>
    <w:p w14:paraId="1B1EA512" w14:textId="77777777" w:rsidR="00BF4C4F" w:rsidRDefault="00000000">
      <w:pPr>
        <w:spacing w:after="40"/>
      </w:pPr>
      <w:r>
        <w:rPr>
          <w:b/>
        </w:rPr>
        <w:t xml:space="preserve"> </w:t>
      </w:r>
      <w:r>
        <w:t>____________________________________________________________________________</w:t>
      </w:r>
    </w:p>
    <w:p w14:paraId="01AF6AA6" w14:textId="77777777" w:rsidR="00BF4C4F" w:rsidRDefault="00000000">
      <w:pPr>
        <w:spacing w:after="40"/>
      </w:pPr>
      <w:r>
        <w:rPr>
          <w:b/>
          <w:sz w:val="21"/>
        </w:rPr>
        <w:t>Costume Contest Rules</w:t>
      </w:r>
    </w:p>
    <w:p w14:paraId="419B243E" w14:textId="77777777" w:rsidR="00BF4C4F" w:rsidRDefault="00000000">
      <w:pPr>
        <w:pStyle w:val="ListBullet"/>
        <w:spacing w:after="20"/>
      </w:pPr>
      <w:r>
        <w:t>Please submit a photo of your costume with your application.</w:t>
      </w:r>
    </w:p>
    <w:p w14:paraId="77CA325E" w14:textId="77777777" w:rsidR="00BF4C4F" w:rsidRDefault="00000000">
      <w:pPr>
        <w:pStyle w:val="ListBullet"/>
        <w:spacing w:after="20"/>
      </w:pPr>
      <w:r>
        <w:t>All costumes, language, behavior, and presentation must be school-appropriate.</w:t>
      </w:r>
    </w:p>
    <w:p w14:paraId="22FB3ACF" w14:textId="77777777" w:rsidR="00BF4C4F" w:rsidRDefault="00000000">
      <w:pPr>
        <w:pStyle w:val="ListBullet"/>
        <w:spacing w:after="20"/>
      </w:pPr>
      <w:r>
        <w:t>Any violation of these rules may result in disqualification at the discretion of the Costume Contest Committee.</w:t>
      </w:r>
    </w:p>
    <w:p w14:paraId="1B0BD804" w14:textId="77777777" w:rsidR="00BF4C4F" w:rsidRDefault="00000000">
      <w:pPr>
        <w:pStyle w:val="ListBullet"/>
        <w:spacing w:after="20"/>
      </w:pPr>
      <w:r>
        <w:t>For group entries, at least one participant must be a student, staff member, or alumnus/alumna.</w:t>
      </w:r>
    </w:p>
    <w:p w14:paraId="306AC980" w14:textId="77777777" w:rsidR="00BF4C4F" w:rsidRDefault="00000000">
      <w:pPr>
        <w:pStyle w:val="ListBullet"/>
        <w:spacing w:after="20"/>
      </w:pPr>
      <w:r>
        <w:t>Participants must attend the scheduled dress rehearsal on the day of the event, as directed by the committee.</w:t>
      </w:r>
    </w:p>
    <w:p w14:paraId="0BC1083F" w14:textId="77777777" w:rsidR="00BF4C4F" w:rsidRDefault="00000000">
      <w:pPr>
        <w:spacing w:before="80" w:after="80"/>
        <w:jc w:val="center"/>
      </w:pPr>
      <w:r>
        <w:rPr>
          <w:b/>
          <w:sz w:val="24"/>
        </w:rPr>
        <w:t>PARENT/GUARDIAN CONTACT &amp; PERMISSION</w:t>
      </w:r>
    </w:p>
    <w:p w14:paraId="07661D13" w14:textId="77777777" w:rsidR="00BF4C4F" w:rsidRDefault="00000000">
      <w:pPr>
        <w:spacing w:after="40"/>
      </w:pPr>
      <w:r>
        <w:rPr>
          <w:i/>
        </w:rPr>
        <w:t>Required for participants under 18 years of age.</w:t>
      </w:r>
    </w:p>
    <w:p w14:paraId="7376209D" w14:textId="77777777" w:rsidR="00BF4C4F" w:rsidRDefault="00000000">
      <w:pPr>
        <w:spacing w:after="40"/>
      </w:pPr>
      <w:r>
        <w:rPr>
          <w:b/>
        </w:rPr>
        <w:t xml:space="preserve">Parent/Guardian Name: </w:t>
      </w:r>
      <w:r>
        <w:t>____________________________________________</w:t>
      </w:r>
    </w:p>
    <w:p w14:paraId="15CE2884" w14:textId="77777777" w:rsidR="00BF4C4F" w:rsidRDefault="00000000">
      <w:pPr>
        <w:spacing w:after="40"/>
      </w:pPr>
      <w:r>
        <w:rPr>
          <w:b/>
        </w:rPr>
        <w:t xml:space="preserve">Phone Number: </w:t>
      </w:r>
      <w:r>
        <w:t>____________________________________________</w:t>
      </w:r>
    </w:p>
    <w:p w14:paraId="20F4FEA3" w14:textId="77777777" w:rsidR="00BF4C4F" w:rsidRDefault="00000000">
      <w:pPr>
        <w:spacing w:after="40"/>
      </w:pPr>
      <w:r>
        <w:rPr>
          <w:b/>
        </w:rPr>
        <w:t xml:space="preserve">Email: </w:t>
      </w:r>
      <w:r>
        <w:t>____________________________________________________________</w:t>
      </w:r>
    </w:p>
    <w:p w14:paraId="71D96CE8" w14:textId="77777777" w:rsidR="00BF4C4F" w:rsidRDefault="00000000">
      <w:pPr>
        <w:spacing w:after="80"/>
      </w:pPr>
      <w:r>
        <w:t>I, ______________________________________, the parent or legal guardian of ______________________________________, give my child permission to participate in the Paramus Sunrise Rotary Club Kids Talent Show &amp; Costume Contest on Saturday, November 21, 2026, at West Brook Middle School. I have read and understand the rules listed in this application and agree that my child must follow these rules throughout their participation in the event.</w:t>
      </w:r>
    </w:p>
    <w:p w14:paraId="3D33FB3D" w14:textId="77777777" w:rsidR="00BF4C4F" w:rsidRDefault="00000000">
      <w:pPr>
        <w:spacing w:after="40"/>
      </w:pPr>
      <w:r>
        <w:rPr>
          <w:b/>
        </w:rPr>
        <w:t xml:space="preserve">Parent/Guardian Signature: </w:t>
      </w:r>
      <w:r>
        <w:t>____________________________________________</w:t>
      </w:r>
    </w:p>
    <w:p w14:paraId="0E3A2FDA" w14:textId="77777777" w:rsidR="00BF4C4F" w:rsidRDefault="00000000">
      <w:pPr>
        <w:spacing w:after="40"/>
      </w:pPr>
      <w:r>
        <w:rPr>
          <w:b/>
        </w:rPr>
        <w:t xml:space="preserve">Date: </w:t>
      </w:r>
      <w:r>
        <w:t>________________</w:t>
      </w:r>
    </w:p>
    <w:p w14:paraId="694A65C1" w14:textId="77777777" w:rsidR="00BF4C4F" w:rsidRDefault="00000000">
      <w:pPr>
        <w:spacing w:before="80" w:after="80"/>
        <w:jc w:val="center"/>
      </w:pPr>
      <w:r>
        <w:rPr>
          <w:b/>
          <w:sz w:val="24"/>
        </w:rPr>
        <w:t>PARTICIPANT CONTACT &amp; CONSENT</w:t>
      </w:r>
    </w:p>
    <w:p w14:paraId="662E99B8" w14:textId="77777777" w:rsidR="00BF4C4F" w:rsidRDefault="00000000">
      <w:pPr>
        <w:spacing w:after="40"/>
      </w:pPr>
      <w:r>
        <w:rPr>
          <w:i/>
        </w:rPr>
        <w:t>For participants 18 years of age or older.</w:t>
      </w:r>
    </w:p>
    <w:p w14:paraId="24CC044F" w14:textId="77777777" w:rsidR="00BF4C4F" w:rsidRDefault="00000000">
      <w:pPr>
        <w:spacing w:after="40"/>
      </w:pPr>
      <w:r>
        <w:rPr>
          <w:b/>
        </w:rPr>
        <w:t xml:space="preserve">Participant Name: </w:t>
      </w:r>
      <w:r>
        <w:t>____________________________________________</w:t>
      </w:r>
    </w:p>
    <w:p w14:paraId="41CE03B8" w14:textId="77777777" w:rsidR="00BF4C4F" w:rsidRDefault="00000000">
      <w:pPr>
        <w:spacing w:after="40"/>
      </w:pPr>
      <w:r>
        <w:rPr>
          <w:b/>
        </w:rPr>
        <w:t xml:space="preserve">Email: </w:t>
      </w:r>
      <w:r>
        <w:t>____________________________________________________________</w:t>
      </w:r>
    </w:p>
    <w:p w14:paraId="17718C74" w14:textId="77777777" w:rsidR="00BF4C4F" w:rsidRDefault="00000000">
      <w:pPr>
        <w:spacing w:after="40"/>
      </w:pPr>
      <w:r>
        <w:rPr>
          <w:b/>
        </w:rPr>
        <w:t xml:space="preserve">Phone Number: </w:t>
      </w:r>
      <w:r>
        <w:t>____________________________________________</w:t>
      </w:r>
    </w:p>
    <w:p w14:paraId="7A25F31D" w14:textId="77777777" w:rsidR="00BF4C4F" w:rsidRDefault="00000000">
      <w:pPr>
        <w:spacing w:after="80"/>
      </w:pPr>
      <w:r>
        <w:t>I, ______________________________________, would like to participate in the Paramus Sunrise Rotary Club Kids Talent Show &amp; Costume Contest on Saturday, November 21, 2026, at West Brook Middle School. I have read and understand the rules listed in this application and agree to follow them throughout my participation in the event.</w:t>
      </w:r>
    </w:p>
    <w:p w14:paraId="1CEC897C" w14:textId="77777777" w:rsidR="00BF4C4F" w:rsidRDefault="00000000">
      <w:pPr>
        <w:spacing w:after="40"/>
      </w:pPr>
      <w:r>
        <w:rPr>
          <w:b/>
        </w:rPr>
        <w:t xml:space="preserve">Participant Signature: </w:t>
      </w:r>
      <w:r>
        <w:t>____________________________________________</w:t>
      </w:r>
    </w:p>
    <w:p w14:paraId="39632DE4" w14:textId="77777777" w:rsidR="00BF4C4F" w:rsidRDefault="00000000">
      <w:pPr>
        <w:spacing w:after="40"/>
      </w:pPr>
      <w:r>
        <w:rPr>
          <w:b/>
        </w:rPr>
        <w:t xml:space="preserve">Date: </w:t>
      </w:r>
      <w:r>
        <w:t>________________</w:t>
      </w:r>
    </w:p>
    <w:p w14:paraId="2CE4677C" w14:textId="77777777" w:rsidR="00BF4C4F" w:rsidRDefault="00000000">
      <w:r>
        <w:br w:type="page"/>
      </w:r>
    </w:p>
    <w:p w14:paraId="049275C0" w14:textId="77777777" w:rsidR="00405054" w:rsidRDefault="00405054">
      <w:pPr>
        <w:spacing w:before="80" w:after="80"/>
        <w:jc w:val="center"/>
        <w:rPr>
          <w:b/>
          <w:sz w:val="24"/>
        </w:rPr>
      </w:pPr>
    </w:p>
    <w:p w14:paraId="431E7D0F" w14:textId="162AD74E" w:rsidR="00BF4C4F" w:rsidRDefault="00000000">
      <w:pPr>
        <w:spacing w:before="80" w:after="80"/>
        <w:jc w:val="center"/>
      </w:pPr>
      <w:r>
        <w:rPr>
          <w:b/>
          <w:sz w:val="24"/>
        </w:rPr>
        <w:t>EVENT INFORMATION</w:t>
      </w:r>
    </w:p>
    <w:p w14:paraId="03B0722F" w14:textId="77777777" w:rsidR="00BF4C4F" w:rsidRDefault="00000000">
      <w:pPr>
        <w:spacing w:after="40"/>
      </w:pPr>
      <w:r>
        <w:t>Date: Saturday, November 21, 2026</w:t>
      </w:r>
    </w:p>
    <w:p w14:paraId="23191E5D" w14:textId="77777777" w:rsidR="00BF4C4F" w:rsidRDefault="00000000">
      <w:pPr>
        <w:spacing w:after="40"/>
      </w:pPr>
      <w:r>
        <w:t>Location: West Brook Middle School – Auditorium</w:t>
      </w:r>
    </w:p>
    <w:p w14:paraId="15AE8C7C" w14:textId="77777777" w:rsidR="00BF4C4F" w:rsidRDefault="00000000">
      <w:pPr>
        <w:spacing w:after="40"/>
      </w:pPr>
      <w:r>
        <w:t>Admission: $10 per person (participants do not pay admission)</w:t>
      </w:r>
    </w:p>
    <w:p w14:paraId="64503B73" w14:textId="77777777" w:rsidR="00BF4C4F" w:rsidRDefault="00BF4C4F">
      <w:pPr>
        <w:spacing w:after="40"/>
      </w:pPr>
    </w:p>
    <w:p w14:paraId="750592C6" w14:textId="77777777" w:rsidR="00BF4C4F" w:rsidRDefault="00000000">
      <w:pPr>
        <w:spacing w:after="40"/>
      </w:pPr>
      <w:r>
        <w:t>3:00 PM – Talent Show Dress Rehearsal</w:t>
      </w:r>
    </w:p>
    <w:p w14:paraId="71DCBAA0" w14:textId="77777777" w:rsidR="00BF4C4F" w:rsidRDefault="00000000">
      <w:pPr>
        <w:spacing w:after="40"/>
      </w:pPr>
      <w:r>
        <w:t>4:00 PM – Costume Contest Dress Rehearsal</w:t>
      </w:r>
    </w:p>
    <w:p w14:paraId="3BF08057" w14:textId="77777777" w:rsidR="00BF4C4F" w:rsidRDefault="00000000">
      <w:pPr>
        <w:spacing w:after="40"/>
      </w:pPr>
      <w:r>
        <w:t>5:00 PM – Doors Open</w:t>
      </w:r>
    </w:p>
    <w:p w14:paraId="147858F5" w14:textId="77777777" w:rsidR="00BF4C4F" w:rsidRDefault="00000000">
      <w:pPr>
        <w:spacing w:after="40"/>
      </w:pPr>
      <w:r>
        <w:t>5:30 PM–8:00 PM – Kids Talent Show &amp; Costume Contest</w:t>
      </w:r>
    </w:p>
    <w:p w14:paraId="67F97030" w14:textId="77777777" w:rsidR="00BF4C4F" w:rsidRDefault="00000000">
      <w:pPr>
        <w:spacing w:before="80" w:after="80"/>
        <w:jc w:val="center"/>
      </w:pPr>
      <w:r>
        <w:rPr>
          <w:b/>
          <w:sz w:val="24"/>
        </w:rPr>
        <w:t>CONTACT INFORMATION</w:t>
      </w:r>
    </w:p>
    <w:p w14:paraId="6751E2B0" w14:textId="77777777" w:rsidR="00BF4C4F" w:rsidRDefault="00000000">
      <w:pPr>
        <w:spacing w:after="40"/>
      </w:pPr>
      <w:r>
        <w:t>If you have any questions or concerns, please contact:</w:t>
      </w:r>
    </w:p>
    <w:p w14:paraId="4B726070" w14:textId="77777777" w:rsidR="00BF4C4F" w:rsidRDefault="00000000">
      <w:pPr>
        <w:spacing w:after="40"/>
      </w:pPr>
      <w:r>
        <w:t>Paramus Sunrise Rotary Club</w:t>
      </w:r>
    </w:p>
    <w:p w14:paraId="7DEA951B" w14:textId="77777777" w:rsidR="00BF4C4F" w:rsidRDefault="00000000">
      <w:pPr>
        <w:spacing w:after="40"/>
      </w:pPr>
      <w:r>
        <w:rPr>
          <w:b/>
        </w:rPr>
        <w:t>Email: paramussunriserotary@gmail.com</w:t>
      </w:r>
    </w:p>
    <w:p w14:paraId="2B6726A5" w14:textId="77777777" w:rsidR="00BF4C4F" w:rsidRDefault="00000000">
      <w:pPr>
        <w:spacing w:before="80" w:after="80"/>
        <w:jc w:val="center"/>
      </w:pPr>
      <w:r>
        <w:rPr>
          <w:b/>
          <w:sz w:val="24"/>
        </w:rPr>
        <w:t>FUNDRAISING FOR A GREAT CAUSE</w:t>
      </w:r>
    </w:p>
    <w:p w14:paraId="2F4248E8" w14:textId="6795C4F0" w:rsidR="00BF4C4F" w:rsidRDefault="00000000">
      <w:pPr>
        <w:spacing w:after="40"/>
      </w:pPr>
      <w:r>
        <w:t>The Paramus Sunrise Rotary Club Kids Talent Show &amp; Costume Contest is a fundraising event benefiting programs that support children in need. Event proceeds, including admission fees and donations, will support the Children's Foundation</w:t>
      </w:r>
      <w:r w:rsidR="001D5B82">
        <w:t>.</w:t>
      </w:r>
    </w:p>
    <w:p w14:paraId="1CF3B244" w14:textId="77777777" w:rsidR="00BF4C4F" w:rsidRDefault="00000000">
      <w:pPr>
        <w:spacing w:after="40"/>
        <w:jc w:val="center"/>
      </w:pPr>
      <w:r>
        <w:rPr>
          <w:b/>
          <w:sz w:val="21"/>
        </w:rPr>
        <w:t>Thank you for participating and supporting our community!</w:t>
      </w:r>
    </w:p>
    <w:sectPr w:rsidR="00BF4C4F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54122238">
    <w:abstractNumId w:val="8"/>
  </w:num>
  <w:num w:numId="2" w16cid:durableId="245000578">
    <w:abstractNumId w:val="6"/>
  </w:num>
  <w:num w:numId="3" w16cid:durableId="1652054868">
    <w:abstractNumId w:val="5"/>
  </w:num>
  <w:num w:numId="4" w16cid:durableId="139270352">
    <w:abstractNumId w:val="4"/>
  </w:num>
  <w:num w:numId="5" w16cid:durableId="1148666538">
    <w:abstractNumId w:val="7"/>
  </w:num>
  <w:num w:numId="6" w16cid:durableId="942806746">
    <w:abstractNumId w:val="3"/>
  </w:num>
  <w:num w:numId="7" w16cid:durableId="45691233">
    <w:abstractNumId w:val="2"/>
  </w:num>
  <w:num w:numId="8" w16cid:durableId="1151870747">
    <w:abstractNumId w:val="1"/>
  </w:num>
  <w:num w:numId="9" w16cid:durableId="447965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5B82"/>
    <w:rsid w:val="0029639D"/>
    <w:rsid w:val="00326F90"/>
    <w:rsid w:val="00405054"/>
    <w:rsid w:val="00692001"/>
    <w:rsid w:val="00761E00"/>
    <w:rsid w:val="00AA1D8D"/>
    <w:rsid w:val="00B47730"/>
    <w:rsid w:val="00BF4C4F"/>
    <w:rsid w:val="00CB0664"/>
    <w:rsid w:val="00EC529A"/>
    <w:rsid w:val="00F02F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3AA857"/>
  <w14:defaultImageDpi w14:val="300"/>
  <w15:docId w15:val="{1F76E514-B25B-43AD-A742-4AD86AB07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6920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Trinity Office</cp:lastModifiedBy>
  <cp:revision>5</cp:revision>
  <dcterms:created xsi:type="dcterms:W3CDTF">2013-12-23T23:15:00Z</dcterms:created>
  <dcterms:modified xsi:type="dcterms:W3CDTF">2026-10-14T12:03:00Z</dcterms:modified>
  <cp:category/>
</cp:coreProperties>
</file>